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Quiz, Class Five · 第五堂课测验</w:t>
      </w:r>
    </w:p>
    <w:p>
      <w:r>
        <w:rPr>
          <w:rFonts w:ascii="Calibri" w:hAnsi="Calibri" w:eastAsia="Source Han Sans"/>
          <w:color w:val="7A6A4F"/>
          <w:sz w:val="22"/>
        </w:rPr>
        <w:t>ACI Course 14 — Lojong, Developing the Good Heart · Class 5 · 小考</w:t>
      </w:r>
    </w:p>
    <w:p/>
    <w:p>
      <w:r>
        <w:rPr>
          <w:rFonts w:ascii="Calibri" w:hAnsi="Calibri" w:eastAsia="Source Han Sans"/>
          <w:b/>
          <w:color w:val="8B6914"/>
          <w:sz w:val="24"/>
        </w:rPr>
        <w:t xml:space="preserve">1) </w:t>
      </w:r>
    </w:p>
    <w:p>
      <w:r>
        <w:rPr>
          <w:rFonts w:ascii="Calibri" w:hAnsi="Calibri"/>
          <w:i/>
          <w:color w:val="7A6A4F"/>
          <w:sz w:val="21"/>
        </w:rPr>
        <w:t>The two lines that come next in the root text are: "In the great way these same five are the advices/For sending your mind; cherish the act." Name the spiritual practice that these lines refer to, and then explain each word of the two lines briefly. (Tibetan track name the practice in Tibetan and explain the lines in English.)</w:t>
      </w:r>
    </w:p>
    <w:p>
      <w:r>
        <w:rPr>
          <w:rFonts w:ascii="Calibri" w:hAnsi="Calibri" w:eastAsia="Source Han Sans"/>
          <w:sz w:val="22"/>
        </w:rPr>
        <w:t>根本文接下来的两行是：「在大乘道上，同样这五个，就是／送走你的意识的教诫；珍惜这个举止。」请说出这两行指的是哪一种精神练习，再简短解释这两行的每个词。（藏文班请以藏文写出这个练习的名称，以英文解释这两行。）</w:t>
      </w:r>
    </w:p>
    <w:p>
      <w:r>
        <w:rPr>
          <w:rFonts w:ascii="Calibri" w:hAnsi="Calibri" w:eastAsia="Source Han Sans"/>
          <w:sz w:val="22"/>
        </w:rPr>
        <w:t>a)</w:t>
      </w:r>
    </w:p>
    <w:p>
      <w:r>
        <w:rPr>
          <w:rFonts w:ascii="Calibri" w:hAnsi="Calibri" w:eastAsia="Source Han Sans"/>
          <w:sz w:val="22"/>
        </w:rPr>
        <w:t>b)</w:t>
      </w:r>
    </w:p>
    <w:p>
      <w:r>
        <w:rPr>
          <w:rFonts w:ascii="Calibri" w:hAnsi="Calibri" w:eastAsia="Source Han Sans"/>
          <w:sz w:val="22"/>
        </w:rPr>
        <w:t>c)</w:t>
      </w:r>
    </w:p>
    <w:p>
      <w:r>
        <w:rPr>
          <w:rFonts w:ascii="Calibri" w:hAnsi="Calibri" w:eastAsia="Source Han Sans"/>
          <w:sz w:val="22"/>
        </w:rPr>
        <w:t>d)</w:t>
      </w:r>
    </w:p>
    <w:p>
      <w:r>
        <w:rPr>
          <w:rFonts w:ascii="Calibri" w:hAnsi="Calibri" w:eastAsia="Source Han Sans"/>
          <w:sz w:val="22"/>
        </w:rPr>
        <w:t>e)</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What were the words that Geshe Chekawa blurted out as he lay near death?</w:t>
      </w:r>
    </w:p>
    <w:p>
      <w:r>
        <w:rPr>
          <w:rFonts w:ascii="Calibri" w:hAnsi="Calibri" w:eastAsia="Source Han Sans"/>
          <w:sz w:val="22"/>
        </w:rPr>
        <w:t>格西恰卡瓦躺着快要死的时候，脱口喊出的话是什么？</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What does the root text mean when it says, "Figure out both and free yourself"?</w:t>
      </w:r>
    </w:p>
    <w:p>
      <w:r>
        <w:rPr>
          <w:rFonts w:ascii="Calibri" w:hAnsi="Calibri" w:eastAsia="Source Han Sans"/>
          <w:sz w:val="22"/>
        </w:rPr>
        <w:t>根本文说「把两个都弄清楚，然后解脱你自己」，这是什么意思？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What does the root text mean when it says, "Don't expect any thanks"?</w:t>
      </w:r>
    </w:p>
    <w:p>
      <w:r>
        <w:rPr>
          <w:rFonts w:ascii="Calibri" w:hAnsi="Calibri" w:eastAsia="Source Han Sans"/>
          <w:sz w:val="22"/>
        </w:rPr>
        <w:t>根本文说「不要期待任何感谢」，这是什么意思？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Source Han Sans"/>
        <w:color w:val="7A6A4F"/>
        <w:sz w:val="15"/>
      </w:rPr>
      <w:t>《修心——培养善心》现代中文译本　版本 2026-11-03 · 8f9585fc</w:t>
    </w:r>
    <w:r>
      <w:br/>
    </w:r>
    <w:r>
      <w:rPr>
        <w:rFonts w:ascii="Calibri" w:hAnsi="Calibri" w:eastAsia="Source Han Sans"/>
        <w:color w:val="7A6A4F"/>
        <w:sz w:val="15"/>
      </w:rPr>
      <w:t>出处　aci14.pages.dev/class-05/quiz-bilingual</w:t>
    </w:r>
    <w:r>
      <w:br/>
    </w:r>
    <w:r>
      <w:rPr>
        <w:rFonts w:ascii="Calibri" w:hAnsi="Calibri" w:eastAsia="Source Han Sans"/>
        <w:color w:val="7A6A4F"/>
        <w:sz w:val="15"/>
      </w:rPr>
      <w:t>英文原著 © Asian Classics Institute · Geshe Michael Roach</w:t>
    </w:r>
    <w:r>
      <w:br/>
    </w:r>
    <w:r>
      <w:rPr>
        <w:rFonts w:ascii="Calibri" w:hAnsi="Calibri" w:eastAsia="Source Han Sans"/>
        <w:color w:val="7A6A4F"/>
        <w:sz w:val="15"/>
      </w:rPr>
      <w:t>可自由列印、分享、用于教学；请勿修改内容后再散布，转载请保留本区块。</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